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Regional Manager</w:t>
      </w:r>
    </w:p>
    <w:p>
      <w:pPr>
        <w:spacing w:before="0" w:after="240"/>
      </w:pPr>
      <w:r>
        <w:t>I am applying for the Regional Manager role at [Company Name]. My experience running operations across multiple sites and coaching site managers to hit commercial and compliance targets makes me a strong fit for your region.</w:t>
      </w:r>
    </w:p>
    <w:p>
      <w:pPr>
        <w:spacing w:before="0" w:after="240"/>
      </w:pPr>
      <w:r>
        <w:t>In my current role, I inherited three underperforming branches in a competitive market. I introduced a monthly budget review that compared each site's sales, wages and stock loss against forecast, then ran targeted coaching sessions for the managers involved. Within two quarters, two of the three branches moved above the regional average for sales growth and all three met their compliance audit requirements. I also rebuilt the roster approval process, which cut unplanned overtime.</w:t>
      </w:r>
    </w:p>
    <w:p>
      <w:pPr>
        <w:spacing w:before="0" w:after="240"/>
      </w:pPr>
      <w:r>
        <w:t>I want to work for [Company Name] because [add one genuine, specific reason: a project, value, or market position you can point to]. I follow your approach to [specific area] and believe my background in multi-site leadership would help you continue to grow in this market.</w:t>
      </w:r>
    </w:p>
    <w:p>
      <w:pPr>
        <w:spacing w:before="0" w:after="240"/>
      </w:pPr>
      <w:r>
        <w:t>Thank you for considering my application. My resume is attached and I would welcome the chance to discuss how I can support your regional goals.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