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Rehabilitation Counsellor</w:t>
      </w:r>
    </w:p>
    <w:p>
      <w:pPr>
        <w:spacing w:before="0" w:after="240"/>
      </w:pPr>
      <w:r>
        <w:t>I am writing to apply for the Rehabilitation Counsellor role at [Company Name]. With a background in counselling and rehabilitation, I am confident in my ability to support clients through injury, illness or disability and help them achieve vocational and personal goals.</w:t>
      </w:r>
    </w:p>
    <w:p>
      <w:pPr>
        <w:spacing w:before="0" w:after="240"/>
      </w:pPr>
      <w:r>
        <w:t>In my current role, I assess functional capacity and barriers to employment for clients across workers compensation and life insurance schemes. I develop individualised rehabilitation plans, counsel clients adjusting to their circumstances, and coordinate with employers, insurers and health professionals to keep return-to-work plans moving. One recent example involved a client who was hesitant about returning to work after a prolonged absence; by breaking the plan into small, achievable steps and working closely with the employer to arrange suitable duties, I helped the client return gradually and with confidence.</w:t>
      </w:r>
    </w:p>
    <w:p>
      <w:pPr>
        <w:spacing w:before="0" w:after="240"/>
      </w:pPr>
      <w:r>
        <w:t>Why this employer: [add one genuine, specific reason: a project, value, or market position you can point to]. I am drawn to employers who place genuine care at the centre of their rehabilitation services, and I would value the opportunity to contribute to your team.</w:t>
      </w:r>
    </w:p>
    <w:p>
      <w:pPr>
        <w:spacing w:before="0" w:after="240"/>
      </w:pPr>
      <w:r>
        <w:t>Thank you for considering my application. I have attached my resume for your review and would welcome the opportunity to discuss how my skills and experience align with your needs.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