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Rehabilitation Medicine Physician</w:t>
      </w:r>
    </w:p>
    <w:p>
      <w:pPr>
        <w:spacing w:before="0" w:after="240"/>
      </w:pPr>
      <w:r>
        <w:t>I am writing to express my interest in the Rehabilitation Medicine Physician role at [Company Name]. With Fellowship of the Royal Australasian College of Physicians and extensive experience leading multidisciplinary rehabilitation teams, I am confident in my ability to help patients restore function and independence.</w:t>
      </w:r>
    </w:p>
    <w:p>
      <w:pPr>
        <w:spacing w:before="0" w:after="240"/>
      </w:pPr>
      <w:r>
        <w:t>In my current position, I led a team of 15 allied health and nursing staff across a 24-bed rehabilitation unit. By introducing a structured weekly goal-setting meeting with patients and families, we reduced the average length of stay from 35 days to 28 days while improving patient reported outcomes. I also performed spasticity clinics, managing over 200 injections annually, which helped patients regain mobility and reduce pain.</w:t>
      </w:r>
    </w:p>
    <w:p>
      <w:pPr>
        <w:spacing w:before="0" w:after="240"/>
      </w:pPr>
      <w:r>
        <w:t>I am particularly drawn to [Company Name] because of your reputation in community rehabilitation. [add one genuine, specific reason: a project, value, or market position you can point to]. I am excited about the opportunity to contribute to your team and further develop services that support patients returning to work and daily life.</w:t>
      </w:r>
    </w:p>
    <w:p>
      <w:pPr>
        <w:spacing w:before="0" w:after="240"/>
      </w:pPr>
      <w:r>
        <w:t>Thank you for considering my application. I have attached my resume for your review and look forward to discussing how my skills and experience align with the needs of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