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Rental Sales Agent</w:t>
      </w:r>
    </w:p>
    <w:p>
      <w:pPr>
        <w:spacing w:before="0" w:after="240"/>
      </w:pPr>
      <w:r>
        <w:t>I am writing to apply for the Rental Sales Agent role at [Company Name]. With hands-on experience in equipment hire and a track record of keeping customers informed and hire items moving, I am confident I can support your branch's daily operations.</w:t>
      </w:r>
    </w:p>
    <w:p>
      <w:pPr>
        <w:spacing w:before="0" w:after="240"/>
      </w:pPr>
      <w:r>
        <w:t>In my current role at a tool hire outlet, I reorganised the weekend booking schedule so that our most requested items were cleaned, inspected and ready before the morning rush. This cut customer wait times from around twenty minutes to under ten, and it meant fewer people left without hiring because stock was sitting dirty in the yard. I also handled rental agreements, deposits and returns, and I made sure every customer understood the terms before they left the counter.</w:t>
      </w:r>
    </w:p>
    <w:p>
      <w:pPr>
        <w:spacing w:before="0" w:after="240"/>
      </w:pPr>
      <w:r>
        <w:t>I am keen to work for [Company Name] because [add one genuine, specific reason: a project, value, or market position you can point to]. I want to bring my experience in rental operations and customer service to a team that takes pride in its fleet and its reputation.</w:t>
      </w:r>
    </w:p>
    <w:p>
      <w:pPr>
        <w:spacing w:before="0" w:after="240"/>
      </w:pPr>
      <w:r>
        <w:t>Thank you for considering my application. My resume is attached, and I would welcome the chance to discuss how I can help your hire outlet run smoothly.</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