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Research and Development Manager</w:t>
      </w:r>
    </w:p>
    <w:p>
      <w:pPr>
        <w:spacing w:before="0" w:after="240"/>
      </w:pPr>
      <w:r>
        <w:t>I am writing to apply for the Research and Development Manager position at [Company Name]. With a track record of leading scientific and engineering teams to deliver commercial outcomes, I am confident I can drive your research agenda forward.</w:t>
      </w:r>
    </w:p>
    <w:p>
      <w:pPr>
        <w:spacing w:before="0" w:after="240"/>
      </w:pPr>
      <w:r>
        <w:t>In my current role, I managed a portfolio of R&amp;D projects from concept to launch. One project involved coordinating feasibility studies, regulatory approvals and cross-functional teams to bring a new product to market six months ahead of schedule. I also reallocated budget mid-year to resolve a critical technical hurdle, ensuring the project stayed on track without compromising other programs.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would welcome the opportunity to contribute to your research strategy.</w:t>
      </w:r>
    </w:p>
    <w:p>
      <w:pPr>
        <w:spacing w:before="0" w:after="240"/>
      </w:pPr>
      <w:r>
        <w:t>Thank you for considering my application. My resume is attached, and I look forward to discussing how my experience in R&amp;D leadership can benefit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