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Residential Youth Worker</w:t>
      </w:r>
    </w:p>
    <w:p>
      <w:pPr>
        <w:spacing w:before="0" w:after="240"/>
      </w:pPr>
      <w:r>
        <w:t>I am writing to apply for the Residential Youth Worker role at [Company Name]. With hands-on experience supporting young people in out of home care, I bring a calm, consistent approach to helping residents feel safe and build independence.</w:t>
      </w:r>
    </w:p>
    <w:p>
      <w:pPr>
        <w:spacing w:before="0" w:after="240"/>
      </w:pPr>
      <w:r>
        <w:t>In my current role, I supported a young person who was struggling to stay engaged at school. By working closely with their case manager and family, I helped set up a morning routine and a homework plan that they could follow. Over a few months, their attendance improved and they started talking about finishing Year 12. I also handled crisis moments, using de-escalation and clear communication to keep everyone safe, and documented everything in ShiftCare and Carelink.</w:t>
      </w:r>
    </w:p>
    <w:p>
      <w:pPr>
        <w:spacing w:before="0" w:after="240"/>
      </w:pPr>
      <w:r>
        <w:t>Why this employer: [add one genuine, specific reason: a project, value, or market position you can point to]. I want to work somewhere that aligns with my values and where I can contribute to positive outcomes for young people.</w:t>
      </w:r>
    </w:p>
    <w:p>
      <w:pPr>
        <w:spacing w:before="0" w:after="240"/>
      </w:pPr>
      <w:r>
        <w:t>Thank you for considering my application. I have attached my resume and would welcome the chance to discuss how I can support your team.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