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Respiratory and Sleep Scientist</w:t>
      </w:r>
    </w:p>
    <w:p>
      <w:pPr>
        <w:spacing w:before="0" w:after="240"/>
      </w:pPr>
      <w:r>
        <w:t>I am writing to apply for the Respiratory and Sleep Scientist position at [Company Name]. With clinical experience in both lung function testing and overnight sleep studies, I can move between a spirometry list and a polysomnography shift without losing accuracy or patient focus.</w:t>
      </w:r>
    </w:p>
    <w:p>
      <w:pPr>
        <w:spacing w:before="0" w:after="240"/>
      </w:pPr>
      <w:r>
        <w:t>In my current laboratory role, a recurring problem was overnight studies that had to be repeated because sensors had come loose or signals were unusable by morning. I reworked the pre-study sensor application routine, introduced a short equipment check before lights out, and documented it for the whole team. Repeat nights dropped noticeably, and physicians started receiving complete studies on the first attempt more often. The same habit of checking the small things carries into daytime lung function work, where an unacceptable blow means a wasted appointment for someone who may have taken time off work to attend.</w:t>
      </w:r>
    </w:p>
    <w:p>
      <w:pPr>
        <w:spacing w:before="0" w:after="240"/>
      </w:pPr>
      <w:r>
        <w:t>The reason I want to work at [Company Name] is [add one genuine, specific reason: a project, value, or market position you can point to]. I want to be somewhere that treats sleep and respiratory diagnostics as a genuine clinical service rather than a volume business, and I would like to contribute to that over the long term.</w:t>
      </w:r>
    </w:p>
    <w:p>
      <w:pPr>
        <w:spacing w:before="0" w:after="240"/>
      </w:pPr>
      <w:r>
        <w:t>Thank you for considering my application. I have attached my resume and would welcome the chance to talk through my laboratory experience, my approach to overnight monitoring, and how I could support your team's testing schedule.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