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Respiratory and Sleep Technician</w:t>
      </w:r>
    </w:p>
    <w:p>
      <w:pPr>
        <w:spacing w:before="0" w:after="240"/>
      </w:pPr>
      <w:r>
        <w:t>I am writing to apply for the Respiratory and Sleep Technician role at [Company Name]. With hands-on experience in lung function testing and overnight sleep studies, I am confident I can contribute to your diagnostic team from day one.</w:t>
      </w:r>
    </w:p>
    <w:p>
      <w:pPr>
        <w:spacing w:before="0" w:after="240"/>
      </w:pPr>
      <w:r>
        <w:t>In my current role, I perform spirometry, lung volume and gas transfer tests on up to 25 patients per day, following strict protocols to ensure accurate results. I also monitor overnight polysomnography recordings in a six-bed sleep unit, scoring sleep stages and respiratory events for specialist review. Recently, I identified a recurring artefact in a patient's recording that led to a revised sensor placement protocol, improving data quality across the unit.</w:t>
      </w:r>
    </w:p>
    <w:p>
      <w:pPr>
        <w:spacing w:before="0" w:after="240"/>
      </w:pPr>
      <w:r>
        <w:t>I am drawn to [Company Name] because [add one genuine, specific reason: a project, value, or market position you can point to]. Your focus on patient-centred care and diagnostic excellence aligns with my own values, and I am eager to contribute to your team.</w:t>
      </w:r>
    </w:p>
    <w:p>
      <w:pPr>
        <w:spacing w:before="0" w:after="240"/>
      </w:pPr>
      <w:r>
        <w:t>Thank you for considering my application. My resume is attached, and I look forward to the opportunity to discuss how my experience in respiratory and sleep diagnostics can support your patients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