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Sales Coordinator</w:t>
      </w:r>
    </w:p>
    <w:p>
      <w:pPr>
        <w:spacing w:before="0" w:after="240"/>
      </w:pPr>
      <w:r>
        <w:t>I am writing to apply for the Sales Coordinator position at [Company Name]. With my experience in coordinating orders, quotes and customer accounts, I am confident I can help keep your sales operations running smoothly.</w:t>
      </w:r>
    </w:p>
    <w:p>
      <w:pPr>
        <w:spacing w:before="0" w:after="240"/>
      </w:pPr>
      <w:r>
        <w:t>In my current role as a sales coordinator for a wholesale distributor, I manage the end-to-end order process for key accounts. When a regular client's order was delayed due to a stock discrepancy, I liaised with the warehouse team to locate alternative stock and arranged expedited dispatch. The client received their order the next day and thanked me for keeping them informed throughout. This experience taught me the value of clear communication and proactive problem-solving.</w:t>
      </w:r>
    </w:p>
    <w:p>
      <w:pPr>
        <w:spacing w:before="0" w:after="240"/>
      </w:pPr>
      <w:r>
        <w:t>I am particularly drawn to [Company Name] because [add one genuine, specific reason: a project, value, or market position you can point to]. I would welcome the opportunity to contribute to your team.</w:t>
      </w:r>
    </w:p>
    <w:p>
      <w:pPr>
        <w:spacing w:before="0" w:after="240"/>
      </w:pPr>
      <w:r>
        <w:t>Thank you for considering my application. I have attached my resume for your review and look forward to discussing how my skills can benefit [Company Name].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