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Sales Manager</w:t>
      </w:r>
    </w:p>
    <w:p>
      <w:pPr>
        <w:spacing w:before="0" w:after="240"/>
      </w:pPr>
      <w:r>
        <w:t>I am writing to apply for the Sales Manager role at [Company Name]. With experience leading sales teams across wholesale and professional services, I bring a mix of hands on key account negotiation and CRM based pipeline discipline that fits the demands of this position.</w:t>
      </w:r>
    </w:p>
    <w:p>
      <w:pPr>
        <w:spacing w:before="0" w:after="240"/>
      </w:pPr>
      <w:r>
        <w:t>In my most recent role, I inherited a team whose forecast was missing quarter after quarter. I rebuilt the pipeline review process around Salesforce data, introduced weekly deal coaching on the largest opportunities, and worked alongside the team on three stalled negotiations. Within two quarters the team had a forecast that held, and the average deal size had grown as we stopped discounting to close.</w:t>
      </w:r>
    </w:p>
    <w:p>
      <w:pPr>
        <w:spacing w:before="0" w:after="240"/>
      </w:pPr>
      <w:r>
        <w:t>I am drawn to [Company Name] because of [add one genuine, specific reason: a project, value, or market position you can point to]. I want to bring my coaching and account strategy experience to a team where that work is valued and visible.</w:t>
      </w:r>
    </w:p>
    <w:p>
      <w:pPr>
        <w:spacing w:before="0" w:after="240"/>
      </w:pPr>
      <w:r>
        <w:t>Thank you for considering my application. My resume is attached, and I would welcome the chance to discuss how I can contribute to [Company Name]'s sales results.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