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Salon Assistant</w:t>
      </w:r>
    </w:p>
    <w:p>
      <w:pPr>
        <w:spacing w:before="0" w:after="240"/>
      </w:pPr>
      <w:r>
        <w:t>I am writing to apply for the Salon Assistant role at [Company Name]. My experience in client service, salon hygiene and hands on support for stylists makes me a practical fit for your team.</w:t>
      </w:r>
    </w:p>
    <w:p>
      <w:pPr>
        <w:spacing w:before="0" w:after="240"/>
      </w:pPr>
      <w:r>
        <w:t>In my previous salon role, I greeted clients and managed bookings during busy periods, kept shampoo stations and tools sterilised between services, and assisted stylists with colour application and blow-drying. I also took charge of stock for retail products and backbar supplies, which cut last minute shortages and kept the floor running smoothly.</w:t>
      </w:r>
    </w:p>
    <w:p>
      <w:pPr>
        <w:spacing w:before="0" w:after="240"/>
      </w:pPr>
      <w:r>
        <w:t>Why [Company Name]? [add one genuine, specific reason: a project, value, or market position you can point to] I want to work somewhere that takes pride in both client care and the details behind the scenes.</w:t>
      </w:r>
    </w:p>
    <w:p>
      <w:pPr>
        <w:spacing w:before="0" w:after="240"/>
      </w:pPr>
      <w:r>
        <w:t>Thank you for considering my application. I have attached my resume and would welcome the chance to talk about how I can support your salon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