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School Laboratory Technician</w:t>
      </w:r>
    </w:p>
    <w:p>
      <w:pPr>
        <w:spacing w:before="0" w:after="240"/>
      </w:pPr>
      <w:r>
        <w:t>I am writing to apply for the School Laboratory Technician position at [Company Name]. With hands-on experience preparing chemistry, biology and physics practicals in a school setting and a solid grounding in laboratory safety, I can keep practical classes running on time and to standard.</w:t>
      </w:r>
    </w:p>
    <w:p>
      <w:pPr>
        <w:spacing w:before="0" w:after="240"/>
      </w:pPr>
      <w:r>
        <w:t>In my current role I prepare equipment, chemicals and glassware for several practical classes each day across three science subjects. When a mid-term stocktake showed reagents and glassware were running low, I set up a simple inventory system in Excel linked to the chemical register, which removed the last-minute scramble before practicals and made reordering predictable. I also maintain risk assessments and safety data sheets in RiskAssess and Chemwatch, so teachers can check hazards quickly and the laboratory stays ready for any audit or inspection.</w:t>
      </w:r>
    </w:p>
    <w:p>
      <w:pPr>
        <w:spacing w:before="0" w:after="240"/>
      </w:pPr>
      <w:r>
        <w:t>I want to work at [Company Name] because [add one genuine, specific reason: a project, value, or market position you can point to].</w:t>
      </w:r>
    </w:p>
    <w:p>
      <w:pPr>
        <w:spacing w:before="0" w:after="240"/>
      </w:pPr>
      <w:r>
        <w:t>Thank you for considering my application. My resume is attached, and I would welcome the opportunity to discuss how I can support your science faculty.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