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School Principal</w:t>
      </w:r>
    </w:p>
    <w:p>
      <w:pPr>
        <w:spacing w:before="0" w:after="240"/>
      </w:pPr>
      <w:r>
        <w:t>I'm writing to apply for the School Principal position at [Company Name]. My background across strategic planning, staff leadership and curriculum compliance lines up closely with what this role requires, and I'm confident I can lead the school through its next phase of improvement.</w:t>
      </w:r>
    </w:p>
    <w:p>
      <w:pPr>
        <w:spacing w:before="0" w:after="240"/>
      </w:pPr>
      <w:r>
        <w:t>In a previous leadership role I led a full strategic planning cycle, setting achievement targets and using assessment data to track progress across year cohorts. I also managed the operating budget, reallocating discretionary funds toward literacy support while staying within the approved allocation, and oversaw a curriculum compliance review that cleared with no major non-conformances. That combination of financial discipline and instructional focus is what I'd bring to this school.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It's the kind of environment where I think strategic leadership and staff development can make a real difference to student outcomes.</w:t>
      </w:r>
    </w:p>
    <w:p>
      <w:pPr>
        <w:spacing w:before="0" w:after="240"/>
      </w:pPr>
      <w:r>
        <w:t>Thank you for considering my application. I've attached my resume with further detail on my experience and would welcome the chance to discuss how I can contribute to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