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Screenwriter</w:t>
      </w:r>
    </w:p>
    <w:p>
      <w:pPr>
        <w:spacing w:before="0" w:after="240"/>
      </w:pPr>
      <w:r>
        <w:t>I am writing to express my interest in the Screenwriter role at [Company Name]. With a strong background in developing original screenplays and adapting existing material for film, television and digital media, I am confident I can contribute compelling stories to your upcoming productions.</w:t>
      </w:r>
    </w:p>
    <w:p>
      <w:pPr>
        <w:spacing w:before="0" w:after="240"/>
      </w:pPr>
      <w:r>
        <w:t>In my recent work, I developed a television pilot that was optioned by a small independent production company. I worked closely with the producer to refine the script over three drafts, revising dialogue and restructuring scenes to sharpen the emotional arc. The pilot was later used as a proof of concept for a series pitch, and I received positive feedback for my ability to incorporate notes while preserving the core vision.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writing skills and collaborative approach to your team.</w:t>
      </w:r>
    </w:p>
    <w:p>
      <w:pPr>
        <w:spacing w:before="0" w:after="240"/>
      </w:pPr>
      <w:r>
        <w:t>Thank you for considering my application. I have attached my resume, and I look forward to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