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20"/>
      </w:pPr>
      <w:r>
        <w:rPr>
          <w:b/>
          <w:color w:val="14161D"/>
          <w:sz w:val="40"/>
        </w:rPr>
        <w:t>Your Name</w:t>
      </w:r>
    </w:p>
    <w:p>
      <w:pPr>
        <w:spacing w:before="0" w:after="320"/>
      </w:pPr>
      <w:r>
        <w:rPr>
          <w:color w:val="4B5058"/>
          <w:sz w:val="19"/>
        </w:rPr>
        <w:t>your.email@example.com   •   0400 000 000</w:t>
      </w:r>
    </w:p>
    <w:p>
      <w:pPr>
        <w:spacing w:before="0" w:after="200"/>
      </w:pPr>
      <w:r>
        <w:t>[Date]</w:t>
      </w:r>
    </w:p>
    <w:p>
      <w:pPr>
        <w:spacing w:before="0" w:after="200"/>
      </w:pPr>
      <w:r>
        <w:t>[Hiring Manager Name]</w:t>
        <w:br/>
        <w:t>[Company Name]</w:t>
        <w:br/>
        <w:t>[Company Address]</w:t>
      </w:r>
    </w:p>
    <w:p>
      <w:pPr>
        <w:spacing w:before="120" w:after="280"/>
        <w:pBdr>
          <w:bottom w:val="single" w:sz="6" w:space="4" w:color="DFDED8"/>
        </w:pBdr>
      </w:pPr>
      <w:r>
        <w:rPr>
          <w:b/>
          <w:color w:val="2F62D9"/>
          <w:sz w:val="24"/>
        </w:rPr>
        <w:t>Re: Application for Scrum Master</w:t>
      </w:r>
    </w:p>
    <w:p>
      <w:pPr>
        <w:spacing w:before="0" w:after="240"/>
      </w:pPr>
      <w:r>
        <w:t>I'm writing to apply for the Scrum Master role at [Company Name]. Facilitating Agile ceremonies and keeping delivery teams focused on removing blockers rather than working around them is where I've spent most of my recent experience, and it's work I want to keep doing.</w:t>
      </w:r>
    </w:p>
    <w:p>
      <w:pPr>
        <w:spacing w:before="0" w:after="240"/>
      </w:pPr>
      <w:r>
        <w:t>In my current team, retrospectives had become a box-ticking exercise with no follow-through. I restructured the format around a small number of concrete action items each sprint and tracked them on the board alongside regular work, so they didn't get quietly dropped. Within a few sprints the team was raising process issues on their own instead of waiting for me to ask, and cycle time on recurring blocker types came down.</w:t>
      </w:r>
    </w:p>
    <w:p>
      <w:pPr>
        <w:spacing w:before="0" w:after="240"/>
      </w:pPr>
      <w:r>
        <w:t>What draws me to [Company Name] specifically is [add one genuine, specific reason: a project, value, or market position you can point to]. That kind of environment is where a Scrum Master's coaching work actually compounds rather than getting lost in competing priorities.</w:t>
      </w:r>
    </w:p>
    <w:p>
      <w:pPr>
        <w:spacing w:before="0" w:after="240"/>
      </w:pPr>
      <w:r>
        <w:t>Thank you for considering my application. I've attached my resume and would welcome the chance to talk through how I could support your teams' delivery.</w:t>
      </w:r>
    </w:p>
    <w:p>
      <w:pPr>
        <w:spacing w:before="160" w:after="0"/>
      </w:pPr>
      <w:r>
        <w:t>Kind regards,</w:t>
        <w:br/>
        <w:t>Your Name</w:t>
      </w:r>
    </w:p>
    <w:sectPr w:rsidR="00FC693F" w:rsidRPr="0006063C" w:rsidSect="00034616">
      <w:pgSz w:w="12240" w:h="15840"/>
      <w:pgMar w:top="1152" w:right="1296" w:bottom="1152" w:left="1296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200" w:line="300" w:lineRule="auto"/>
    </w:pPr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