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pPr>
      <w:r>
        <w:rPr>
          <w:b/>
          <w:color w:val="14161D"/>
          <w:sz w:val="40"/>
        </w:rPr>
        <w:t>Your Name</w:t>
      </w:r>
    </w:p>
    <w:p>
      <w:pPr>
        <w:spacing w:before="0" w:after="320"/>
      </w:pPr>
      <w:r>
        <w:rPr>
          <w:color w:val="4B5058"/>
          <w:sz w:val="19"/>
        </w:rPr>
        <w:t>your.email@example.com   •   0400 000 000</w:t>
      </w:r>
    </w:p>
    <w:p>
      <w:pPr>
        <w:spacing w:before="0" w:after="200"/>
      </w:pPr>
      <w:r>
        <w:t>[Date]</w:t>
      </w:r>
    </w:p>
    <w:p>
      <w:pPr>
        <w:spacing w:before="0" w:after="200"/>
      </w:pPr>
      <w:r>
        <w:t>[Hiring Manager Name]</w:t>
        <w:br/>
        <w:t>[Company Name]</w:t>
        <w:br/>
        <w:t>[Company Address]</w:t>
      </w:r>
    </w:p>
    <w:p>
      <w:pPr>
        <w:spacing w:before="120" w:after="280"/>
        <w:pBdr>
          <w:bottom w:val="single" w:sz="6" w:space="4" w:color="DFDED8"/>
        </w:pBdr>
      </w:pPr>
      <w:r>
        <w:rPr>
          <w:b/>
          <w:color w:val="2F62D9"/>
          <w:sz w:val="24"/>
        </w:rPr>
        <w:t>Re: Application for Secondary School Teacher</w:t>
      </w:r>
    </w:p>
    <w:p>
      <w:pPr>
        <w:spacing w:before="0" w:after="240"/>
      </w:pPr>
      <w:r>
        <w:t>I'm writing to apply for the Secondary School Teacher position at [Company Name]. My experience planning curriculum-aligned lessons and managing diverse classrooms across Years 7 to 12 matches what this role needs.</w:t>
      </w:r>
    </w:p>
    <w:p>
      <w:pPr>
        <w:spacing w:before="0" w:after="240"/>
      </w:pPr>
      <w:r>
        <w:t>In a recent teaching placement I redesigned the feedback process for a Year 10 assessment task, moving from end-of-unit comments to staged formative check-ins during the drafting process. Students submitted more complete work and fewer required resubmission, and the approach was picked up by two colleagues in the same faculty for their own classes.</w:t>
      </w:r>
    </w:p>
    <w:p>
      <w:pPr>
        <w:spacing w:before="0" w:after="240"/>
      </w:pPr>
      <w:r>
        <w:t>I'm keen to teach at [Company Name] because [add one genuine, specific reason: a project, value, or market position you can point to]. It's the kind of environment where I think my approach to lesson design and pastoral care would fit well.</w:t>
      </w:r>
    </w:p>
    <w:p>
      <w:pPr>
        <w:spacing w:before="0" w:after="240"/>
      </w:pPr>
      <w:r>
        <w:t>Thank you for considering my application. I've attached my resume and would welcome the chance to discuss how I can contribute to your teaching team.</w:t>
      </w:r>
    </w:p>
    <w:p>
      <w:pPr>
        <w:spacing w:before="160" w:after="0"/>
      </w:pPr>
      <w:r>
        <w:t>Kind regards,</w:t>
        <w:br/>
        <w:t>Your Name</w:t>
      </w:r>
    </w:p>
    <w:sectPr w:rsidR="00FC693F" w:rsidRPr="0006063C" w:rsidSect="00034616">
      <w:pgSz w:w="12240" w:h="15840"/>
      <w:pgMar w:top="1152" w:right="1296" w:bottom="1152"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200" w:line="300"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