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Secretary</w:t>
      </w:r>
    </w:p>
    <w:p>
      <w:pPr>
        <w:spacing w:before="0" w:after="240"/>
      </w:pPr>
      <w:r>
        <w:t>I am writing to apply for the Secretary role at [Company Name]. With experience supporting managers in construction and professional services, I bring the organisational skills and attention to detail this position requires.</w:t>
      </w:r>
    </w:p>
    <w:p>
      <w:pPr>
        <w:spacing w:before="0" w:after="240"/>
      </w:pPr>
      <w:r>
        <w:t>In my current role, I manage the calendars of two managers and coordinate meetings with clients and subcontractors. I also process invoices and expense claims, and I introduced a simple tracking system that reduced late payments and made it easier to follow up on outstanding paperwork. I take care to keep confidential material secure and to present written work clearly and accurately.</w:t>
      </w:r>
    </w:p>
    <w:p>
      <w:pPr>
        <w:spacing w:before="0" w:after="240"/>
      </w:pPr>
      <w:r>
        <w:t>I am drawn to [Company Name] because of [add one genuine, specific reason: a project, value, or market position you can point to]. I am keen to contribute to a team that values careful record keeping and clear communication.</w:t>
      </w:r>
    </w:p>
    <w:p>
      <w:pPr>
        <w:spacing w:before="0" w:after="240"/>
      </w:pPr>
      <w:r>
        <w:t>Thank you for considering my application. My resume is attached, and I would welcome the opportunity to discuss how I can support your office.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