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Security Manager</w:t>
      </w:r>
    </w:p>
    <w:p>
      <w:pPr>
        <w:spacing w:before="0" w:after="240"/>
      </w:pPr>
      <w:r>
        <w:t>I am writing to apply for the Security Manager role at [Company Name]. With a strong background in security operations, risk management and team leadership, I am confident I can protect your people, property and information while ensuring compliance with all relevant regulations.</w:t>
      </w:r>
    </w:p>
    <w:p>
      <w:pPr>
        <w:spacing w:before="0" w:after="240"/>
      </w:pPr>
      <w:r>
        <w:t>In my current role, I led the rollout of a new access control system across a multi-site retail portfolio, which reduced unauthorised entry incidents and improved the accuracy of incident reporting. I also revised the emergency response plan in consultation with local police and emergency services, resulting in faster, more coordinated evacuations during drills. My experience includes managing a team of 20 security officers, conducting risk assessments, and overseeing CCTV and alarm systems.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contribute to an organisation that values proactive security management and invests in its people and systems.</w:t>
      </w:r>
    </w:p>
    <w:p>
      <w:pPr>
        <w:spacing w:before="0" w:after="240"/>
      </w:pPr>
      <w:r>
        <w:t>Thank you for considering my application. My resume is attached, and I look forward to the opportunity to discuss how my skills and experience can benefit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