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Security Screening Officer</w:t>
      </w:r>
    </w:p>
    <w:p>
      <w:pPr>
        <w:spacing w:before="0" w:after="240"/>
      </w:pPr>
      <w:r>
        <w:t>I am applying for the Security Screening Officer role at [Company Name]. With a current state security licence and hands-on experience screening passengers, baggage and freight, I can step into your screening point and follow your procedures from day one.</w:t>
      </w:r>
    </w:p>
    <w:p>
      <w:pPr>
        <w:spacing w:before="0" w:after="240"/>
      </w:pPr>
      <w:r>
        <w:t>In my most recent screening role, I operated Rapiscan X-ray and walk-through metal detection equipment across a busy point. When an alarm triggered, I ran the pat-down or hand search, checked the identification against the passenger record, and resolved the matter at the lane if possible. I escalated genuine concerns to supervisors and police, and I recorded each incident and compliance check so the shift handover and audit trail stayed accurate. That mix of methodical screening and clear record keeping is what I would bring to [Company Name].</w:t>
      </w:r>
    </w:p>
    <w:p>
      <w:pPr>
        <w:spacing w:before="0" w:after="240"/>
      </w:pPr>
      <w:r>
        <w:t>I want to work for [Company Name] because [add one genuine, specific reason: a project, value, or market position you can point to]. I have followed your work in secure transport and public safety, and I would like to contribute to a team that takes both regulatory compliance and passenger service seriously.</w:t>
      </w:r>
    </w:p>
    <w:p>
      <w:pPr>
        <w:spacing w:before="0" w:after="240"/>
      </w:pPr>
      <w:r>
        <w:t>Thank you for considering my application. My resume is attached, and I would welcome the chance to discuss how my screening experience and security licence 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