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SEO Specialist</w:t>
      </w:r>
    </w:p>
    <w:p>
      <w:pPr>
        <w:spacing w:before="0" w:after="240"/>
      </w:pPr>
      <w:r>
        <w:t>I'm writing to apply for the SEO Specialist role. My work sits across technical audits, keyword strategy and content collaboration, which matches the mix of analytical and creative work this position calls for.</w:t>
      </w:r>
    </w:p>
    <w:p>
      <w:pPr>
        <w:spacing w:before="0" w:after="240"/>
      </w:pPr>
      <w:r>
        <w:t>In a previous project I identified a set of crawl errors surfacing through Google Search Console that were quietly capping a site's indexed page count. After fixing the underlying template issues and reworking internal linking, organic traffic to the affected section grew steadily over the following months, and the client could finally see search visibility matching the quality of their content.</w:t>
      </w:r>
    </w:p>
    <w:p>
      <w:pPr>
        <w:spacing w:before="0" w:after="240"/>
      </w:pPr>
      <w:r>
        <w:t>I'd welcome the chance to bring this approach to [Company Name], particularly because [add one genuine, specific reason: a project, value, or market position you can point to].</w:t>
      </w:r>
    </w:p>
    <w:p>
      <w:pPr>
        <w:spacing w:before="0" w:after="240"/>
      </w:pPr>
      <w:r>
        <w:t>Thank you for considering my application. I've attached my resume and would welcome the opportunity to discuss how I can contribute to your search performance.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