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Service Advisor</w:t>
      </w:r>
    </w:p>
    <w:p>
      <w:pPr>
        <w:spacing w:before="0" w:after="240"/>
      </w:pPr>
      <w:r>
        <w:t>I am writing to apply for the Service Advisor position at [Company Name]. I bring a track record of managing the full service journey, from receiving a customer's complaint at the counter through to explaining the final invoice, and I understand how much a clear, honest conversation matters to someone dropping off their car.</w:t>
      </w:r>
    </w:p>
    <w:p>
      <w:pPr>
        <w:spacing w:before="0" w:after="240"/>
      </w:pPr>
      <w:r>
        <w:t>In a previous role I picked up a vehicle with a vague complaint of 'a noise when braking', worked with the technician to narrow it down to worn rear pads and a warped rotor, then talked the customer through the difference between the minimum safe repair and the full recommended job. They approved the additional work because the explanation was straightforward rather than pushy, and they came back for their next two scheduled services.</w:t>
      </w:r>
    </w:p>
    <w:p>
      <w:pPr>
        <w:spacing w:before="0" w:after="240"/>
      </w:pPr>
      <w:r>
        <w:t>[Company Name] stood out to me because [add one genuine, specific reason: a project, value, or market position you can point to]. That kind of environment is where I do my best work, keeping technicians, parts and customers moving in the same direction without losing sight of the person waiting on a call-back.</w:t>
      </w:r>
    </w:p>
    <w:p>
      <w:pPr>
        <w:spacing w:before="0" w:after="240"/>
      </w:pPr>
      <w:r>
        <w:t>Thank you for considering my application. I have attached my resume and would welcome the chance to discuss how I can contribute to your service department.</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