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Sexual Health Physician</w:t>
      </w:r>
    </w:p>
    <w:p>
      <w:pPr>
        <w:spacing w:before="0" w:after="240"/>
      </w:pPr>
      <w:r>
        <w:t>I am writing to apply for the Sexual Health Physician role at [Company Name]. My specialist training covers the diagnosis and management of sexually transmitted infections and HIV, and I would bring both clinical depth and a steady, non judgemental manner to your clinic.</w:t>
      </w:r>
    </w:p>
    <w:p>
      <w:pPr>
        <w:spacing w:before="0" w:after="240"/>
      </w:pPr>
      <w:r>
        <w:t>In my current role I manage a busy outpatient sexual health service, including syphilis, gonorrhoea and chlamydia presentations and the initiation and monitoring of antiretroviral therapy for people living with HIV. One piece of work I am proud of was redesigning how our clinic handled urgent results: I set up a simple daily review of pending pathology with the nursing team, so that patients needing same day treatment or urgent partner notification were contacted by close of business rather than at the end of the week. That change reduced the number of patients we lost to follow up noticeably and cut the time from result to treatment from around five days to two.</w:t>
      </w:r>
    </w:p>
    <w:p>
      <w:pPr>
        <w:spacing w:before="0" w:after="240"/>
      </w:pPr>
      <w:r>
        <w:t>I am keen to work with [Company Name] because [add one genuine, specific reason: a project, value, or market position you can point to]. I want to keep working in a service that treats sexual health as core clinical care rather than a side interest, and that backs that up with proper nursing, counselling and public health support around the medical work.</w:t>
      </w:r>
    </w:p>
    <w:p>
      <w:pPr>
        <w:spacing w:before="0" w:after="240"/>
      </w:pPr>
      <w:r>
        <w:t>Thank you for considering my application. My resume is attached, and I would welcome the chance to discuss how my experience fits your service.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