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Sheep Farmer</w:t>
      </w:r>
    </w:p>
    <w:p>
      <w:pPr>
        <w:spacing w:before="0" w:after="240"/>
      </w:pPr>
      <w:r>
        <w:t>I am writing to apply for the Sheep Farmer role at [Company Name]. With practical experience running breeding flocks and finishing lambs on pasture, I am confident I can contribute to your operation from day one.</w:t>
      </w:r>
    </w:p>
    <w:p>
      <w:pPr>
        <w:spacing w:before="0" w:after="240"/>
      </w:pPr>
      <w:r>
        <w:t>In my recent role, I managed a 1,200-head breeding flock through joining and lambing, recording outcomes to guide culling and ram selection. By monitoring body condition and drafting ewes for targeted nutrition, I reduced ewe mortality during lambing and improved lamb survival. I also coordinated shearing for a 3,000-head flock, classing wool into lines that met broker specifications.</w:t>
      </w:r>
    </w:p>
    <w:p>
      <w:pPr>
        <w:spacing w:before="0" w:after="240"/>
      </w:pPr>
      <w:r>
        <w:t>Why this employer: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my skills in animal health, wool production and farm management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