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Sheet Metal Worker</w:t>
      </w:r>
    </w:p>
    <w:p>
      <w:pPr>
        <w:spacing w:before="0" w:after="240"/>
      </w:pPr>
      <w:r>
        <w:t>I am writing to apply for the Sheet Metal Worker position at [Company Name]. With a trade qualification in engineering fabrication and hands-on experience across ductwork, flashings and cladding, I am confident I can step into your workshop or site team and contribute from the start.</w:t>
      </w:r>
    </w:p>
    <w:p>
      <w:pPr>
        <w:spacing w:before="0" w:after="240"/>
      </w:pPr>
      <w:r>
        <w:t>In my current role, I fabricate and install ventilation ducting for commercial buildings. I recently worked on a multi-level project where I measured and marked out ductwork from CAD models, cut and formed the sections on a press brake, then assembled and installed them with the site team. By checking dimensions against the model before cutting and grouping similar parts in Lantek, I cut material waste noticeably and kept the installation on program. I also handle flashings and cladding, so I am used to moving between workshop fabrication and on-site installation.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takes pride in workmanship and safety, and where I can keep developing my skills in sheet metal fabrication.</w:t>
      </w:r>
    </w:p>
    <w:p>
      <w:pPr>
        <w:spacing w:before="0" w:after="240"/>
      </w:pPr>
      <w:r>
        <w:t>Thank you for considering my application. I have attached my resume and would welcome the chance to discuss how my experience fits your team. I look forward to hearing from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