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Shelf Stacker</w:t>
      </w:r>
    </w:p>
    <w:p>
      <w:pPr>
        <w:spacing w:before="0" w:after="240"/>
      </w:pPr>
      <w:r>
        <w:t>I am writing to apply for the Shelf Stacker role at [Company Name]. With hands-on experience in retail stock replenishment and a strong focus on accuracy and safety, I am confident I can help keep your shelves full and presentable.</w:t>
      </w:r>
    </w:p>
    <w:p>
      <w:pPr>
        <w:spacing w:before="0" w:after="240"/>
      </w:pPr>
      <w:r>
        <w:t>In my previous role, I was responsible for unpacking daily deliveries and moving stock to the shop floor. I consistently rotated stock to ensure older items were sold first, which reduced waste and kept product quality high. I also updated shelf labels to match promotional prices, helping to avoid customer confusion at the checkout. I take pride in keeping aisles clear and tidy, and I am comfortable using pallet jacks and RF scanners to get the job done efficiently.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would welcome the chance to bring my reliability and attention to detail to your team.</w:t>
      </w:r>
    </w:p>
    <w:p>
      <w:pPr>
        <w:spacing w:before="0" w:after="240"/>
      </w:pPr>
      <w:r>
        <w:t>Thank you for considering my application. I have attached my resume for your review and would be glad to discuss how I can contribute to your store.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