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Shoemaker</w:t>
      </w:r>
    </w:p>
    <w:p>
      <w:pPr>
        <w:spacing w:before="0" w:after="240"/>
      </w:pPr>
      <w:r>
        <w:t>I am writing to apply for the Shoemaker role at [Company Name]. With hands-on experience in custom fitting, repair, and small-batch production, I can contribute to your workshop from the bench on day one.</w:t>
      </w:r>
    </w:p>
    <w:p>
      <w:pPr>
        <w:spacing w:before="0" w:after="240"/>
      </w:pPr>
      <w:r>
        <w:t>In my current role, I introduced a simple tagging system for repair jobs that cut the time spent locating customer shoes from several minutes to under a minute. This let us take on more same-day repairs without adding staff, and it reduced mix-ups at collection. I also made a pair of custom riding boots for a client with a difficult fit, adjusting the last three times until the fit was right. The client returned for a second pair and recommended us to two others.</w:t>
      </w:r>
    </w:p>
    <w:p>
      <w:pPr>
        <w:spacing w:before="0" w:after="240"/>
      </w:pPr>
      <w:r>
        <w:t>Why [Company Name]? [add one genuine, specific reason: a project, value, or market position you can point to]. I would welcome the chance to bring my repair and bespoke skills to your team.</w:t>
      </w:r>
    </w:p>
    <w:p>
      <w:pPr>
        <w:spacing w:before="0" w:after="240"/>
      </w:pPr>
      <w:r>
        <w:t>Thank you for considering my application. I have attached my resume and would be glad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