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Sign Installer</w:t>
      </w:r>
    </w:p>
    <w:p>
      <w:pPr>
        <w:spacing w:before="0" w:after="240"/>
      </w:pPr>
      <w:r>
        <w:t>I am applying for the Sign Installer role at [Company Name]. With hands-on experience in signage installation and a strong focus on safety and precision, I am confident I can contribute to your team.</w:t>
      </w:r>
    </w:p>
    <w:p>
      <w:pPr>
        <w:spacing w:before="0" w:after="240"/>
      </w:pPr>
      <w:r>
        <w:t>In my most recent role, I installed illuminated signs across a 20-store retail rollout. I measured and marked fixing points, drilled into varied surfaces including brick and concrete, and wired and tested each sign to confirm it was level and fully operational. I also operated a scissor lift to complete installations at height, finishing the rollout two days ahead of schedule without any safety incidents.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work with a team that values precision and safety, and I believe my experience would translate well to your projects.</w:t>
      </w:r>
    </w:p>
    <w:p>
      <w:pPr>
        <w:spacing w:before="0" w:after="240"/>
      </w:pPr>
      <w:r>
        <w:t>Thank you for considering my application. I have attached my resume and would be glad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