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Ski Instructor</w:t>
      </w:r>
    </w:p>
    <w:p>
      <w:pPr>
        <w:spacing w:before="0" w:after="240"/>
      </w:pPr>
      <w:r>
        <w:t>I am writing to apply for the Ski Instructor role at [Company Name]. With my APSI certification and several seasons teaching on Australian snow, I am confident I can help your guests build confidence and skills on the mountain.</w:t>
      </w:r>
    </w:p>
    <w:p>
      <w:pPr>
        <w:spacing w:before="0" w:after="240"/>
      </w:pPr>
      <w:r>
        <w:t>In my last season, I taught a nervous beginner who was ready to quit after the first morning. I broke the lesson into small progressions, used the magic carpet to build trust, and by the afternoon they were linking snowplough turns and had booked another lesson. That experience reinforced for me that good instruction is as much about reading people as it is about technique.</w:t>
      </w:r>
    </w:p>
    <w:p>
      <w:pPr>
        <w:spacing w:before="0" w:after="240"/>
      </w:pPr>
      <w:r>
        <w:t>I am particularly drawn to [Company Name] because [add one genuine, specific reason: a project, value, or market position you can point to]. I want to contribute to a team that takes both guest experience and safety seriously.</w:t>
      </w:r>
    </w:p>
    <w:p>
      <w:pPr>
        <w:spacing w:before="0" w:after="240"/>
      </w:pPr>
      <w:r>
        <w:t>Thank you for considering my application. I have attached my resume and would welcome the chance to discuss how I can support your snowsports school this season.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