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Snake Catcher</w:t>
      </w:r>
    </w:p>
    <w:p>
      <w:pPr>
        <w:spacing w:before="0" w:after="240"/>
      </w:pPr>
      <w:r>
        <w:t>I am writing to apply for the Snake Catcher role at [Company Name]. With hands-on experience in safe snake capture, species identification and emergency response, I am confident I can provide the calm, reliable service your clients need.</w:t>
      </w:r>
    </w:p>
    <w:p>
      <w:pPr>
        <w:spacing w:before="0" w:after="240"/>
      </w:pPr>
      <w:r>
        <w:t>In my previous work, I responded to call-outs across residential and commercial properties. On one occasion, I attended a family home where a highly venomous snake had taken shelter in a child's toy box. I assessed the situation, asked the family to keep clear, and used a snake hook and bag to secure the animal without injury. I then relocated it to a suitable release site and spent time explaining how to reduce future encounters. The family later wrote to say they felt safe and informed throughout.</w:t>
      </w:r>
    </w:p>
    <w:p>
      <w:pPr>
        <w:spacing w:before="0" w:after="240"/>
      </w:pPr>
      <w:r>
        <w:t>I am drawn to [Company Name] because [add one genuine, specific reason: a project, value, or market position you can point to]. That aligns with my approach to snake catching, where safety, respect for wildlife and clear client communication come first.</w:t>
      </w:r>
    </w:p>
    <w:p>
      <w:pPr>
        <w:spacing w:before="0" w:after="240"/>
      </w:pPr>
      <w:r>
        <w:t>Thank you for considering my application. I have attached my resume, which outlines my qualifications, licensing and practical experience. I look forward to the opportunity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