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Social Media Manager</w:t>
      </w:r>
    </w:p>
    <w:p>
      <w:pPr>
        <w:spacing w:before="0" w:after="240"/>
      </w:pPr>
      <w:r>
        <w:t>I'm writing to apply for the Social Media Manager role at [Company Name]. I bring a mix of content creation, platform analytics and day-to-day community management that matches what this role needs: someone who can plan a content calendar, read the numbers behind it, and still answer a customer DM within the hour.</w:t>
      </w:r>
    </w:p>
    <w:p>
      <w:pPr>
        <w:spacing w:before="0" w:after="240"/>
      </w:pPr>
      <w:r>
        <w:t>In a previous role I managed the content calendar across Facebook, Instagram, LinkedIn and TikTok, using Hootsuite and Later to keep posting consistent while checking Meta Business Suite and Google Analytics weekly to see what was actually working. When one format underperformed, I shifted the mix toward short-form video and saw engagement recover within a few weeks, a change that came directly from reading the data rather than guessing.</w:t>
      </w:r>
    </w:p>
    <w:p>
      <w:pPr>
        <w:spacing w:before="0" w:after="240"/>
      </w:pPr>
      <w:r>
        <w:t>What draws me to [Company Name] specifically is [add one genuine, specific reason: a project, value, or market position you can point to]. I want to put my content and community management experience toward a brand I'd choose to follow.</w:t>
      </w:r>
    </w:p>
    <w:p>
      <w:pPr>
        <w:spacing w:before="0" w:after="240"/>
      </w:pPr>
      <w:r>
        <w:t>Thank you for considering my application. I've attached my resume with more detail on my platform experience and campaign work, and I'd welcome the chance to discuss how I could contribute to your social presence.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