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Soil Scientist</w:t>
      </w:r>
    </w:p>
    <w:p>
      <w:pPr>
        <w:spacing w:before="0" w:after="240"/>
      </w:pPr>
      <w:r>
        <w:t>I am applying for the Soil Scientist role with [Company Name]. With a background in field sampling, laboratory analysis and soil mapping across agricultural and contaminated land projects, I am confident I can contribute from day one.</w:t>
      </w:r>
    </w:p>
    <w:p>
      <w:pPr>
        <w:spacing w:before="0" w:after="240"/>
      </w:pPr>
      <w:r>
        <w:t>In a recent project, I led a soil health assessment across a mixed farming property, collecting samples from multiple paddocks and running chemistry and microbiology tests in a NATA-accredited laboratory. Using ArcGIS and R, I mapped nutrient variability and identified acidic zones that had been missed in earlier sampling. The resulting lime and nutrient plan was adopted across the property, and the client reported stronger pasture establishment the following season.</w:t>
      </w:r>
    </w:p>
    <w:p>
      <w:pPr>
        <w:spacing w:before="0" w:after="240"/>
      </w:pPr>
      <w:r>
        <w:t>I want to work with [Company Name] because [add one genuine, specific reason: a project, value, or market position you can point to]. I am particularly interested in how your team connects soil science to practical land management outcomes, and I would welcome the chance to bring my field and laboratory experience to that work.</w:t>
      </w:r>
    </w:p>
    <w:p>
      <w:pPr>
        <w:spacing w:before="0" w:after="240"/>
      </w:pPr>
      <w:r>
        <w:t>Thank you for considering my application. I have attached my resume and would be glad to discuss how my skills in soil sampling, analysis and reporting can support your projects.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