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Solar Installer</w:t>
      </w:r>
    </w:p>
    <w:p>
      <w:pPr>
        <w:spacing w:before="0" w:after="240"/>
      </w:pPr>
      <w:r>
        <w:t>I'm writing to apply for the Solar Installer position with [Company Name]. I've spent my career fitting and testing rooftop PV systems, and the shift toward battery storage and grid-tied installations is exactly the work I want to keep doing.</w:t>
      </w:r>
    </w:p>
    <w:p>
      <w:pPr>
        <w:spacing w:before="0" w:after="240"/>
      </w:pPr>
      <w:r>
        <w:t>On a recent residential job I measured roof load capacity, planned string layout around shading from a neighbouring structure, and installed the mounting frames and panels solo before wiring into the switchboard. The system passed inspection on the first check, with clean earthing and voltage readings across every string. That job is a good example of how I work: plan properly before the first bracket goes in, then test everything twice before calling it done.</w:t>
      </w:r>
    </w:p>
    <w:p>
      <w:pPr>
        <w:spacing w:before="0" w:after="240"/>
      </w:pPr>
      <w:r>
        <w:t>What draws me to [Company Name] specifically is [add one genuine, specific reason: a project, value, or market position you can point to]. It's the kind of work I'd want my name attached to.</w:t>
      </w:r>
    </w:p>
    <w:p>
      <w:pPr>
        <w:spacing w:before="0" w:after="240"/>
      </w:pPr>
      <w:r>
        <w:t>Thank you for considering my application. I've attached my resume and would welcome the chance to discuss how I can contribute to your installation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