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Sonographer</w:t>
      </w:r>
    </w:p>
    <w:p>
      <w:pPr>
        <w:spacing w:before="0" w:after="240"/>
      </w:pPr>
      <w:r>
        <w:t>I'm writing to apply for the Sonographer position at [Company Name]. My clinical background covers obstetric, abdominal and musculoskeletal ultrasound, and I'm comfortable working across a full daily list while keeping image quality and patient comfort front of mind.</w:t>
      </w:r>
    </w:p>
    <w:p>
      <w:pPr>
        <w:spacing w:before="0" w:after="240"/>
      </w:pPr>
      <w:r>
        <w:t>In a previous clinical placement I was assigned a patient with a difficult scanning position for an abdominal ultrasound. Rather than rushing the study, I adjusted patient positioning and probe angle over several attempts, checked with the supervising radiologist on the ambiguous finding, and documented the result clearly enough that the referring GP acted on it the same day. That habit of slowing down on the technical detail while keeping the patient informed has stayed with me since.</w:t>
      </w:r>
    </w:p>
    <w:p>
      <w:pPr>
        <w:spacing w:before="0" w:after="240"/>
      </w:pPr>
      <w:r>
        <w:t>[Company Name] stood out to me because [add one genuine, specific reason: a project, value, or market position you can point to]. I want to bring my skills to a team that's committed to getting the imaging right.</w:t>
      </w:r>
    </w:p>
    <w:p>
      <w:pPr>
        <w:spacing w:before="0" w:after="240"/>
      </w:pPr>
      <w:r>
        <w:t>Thank you for considering my application. I've attached my resume with further detail on my clinical experience and qualifications, and I'd welcome the chance to discuss how I could contribute to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