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Sous Chef</w:t>
      </w:r>
    </w:p>
    <w:p>
      <w:pPr>
        <w:spacing w:before="0" w:after="240"/>
      </w:pPr>
      <w:r>
        <w:t>I am writing to apply for the Sous Chef position at [Company Name]. With hands-on experience running busy kitchen lines and supporting head chefs in both service and back-of-house operations, I am confident I can help your team deliver consistent, high-quality food.</w:t>
      </w:r>
    </w:p>
    <w:p>
      <w:pPr>
        <w:spacing w:before="0" w:after="240"/>
      </w:pPr>
      <w:r>
        <w:t>In my current role, I supervise a team of six during dinner service and manage the daily prep list. I introduced a simple colour-coded board for section allocation that cut ticket times during peak service and reduced miscommunication between the pass and the line. I also handle weekly stocktake and ordering through MarketMan, which helped us tighten portion control and reduce wastage across the kitchen.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experience in training staff and maintaining HACCP records to a kitchen that takes pride in both its food and its team culture.</w:t>
      </w:r>
    </w:p>
    <w:p>
      <w:pPr>
        <w:spacing w:before="0" w:after="240"/>
      </w:pPr>
      <w:r>
        <w:t>Thank you for considering my application. I have attached my resume and would welcome the chance to discuss how I can support your kitchen team. I look forward to hearing from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