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Special Education Teacher</w:t>
      </w:r>
    </w:p>
    <w:p>
      <w:pPr>
        <w:spacing w:before="0" w:after="240"/>
      </w:pPr>
      <w:r>
        <w:t>I am writing to apply for the Special Education Teacher position at [Company Name]. My background in designing individualised learning programs and adapting curriculum for students with diverse needs lines up closely with what this role requires.</w:t>
      </w:r>
    </w:p>
    <w:p>
      <w:pPr>
        <w:spacing w:before="0" w:after="240"/>
      </w:pPr>
      <w:r>
        <w:t>In my most recent placement, I developed and monitored Individual Education Plans for a caseload of students with a range of physical, sensory and cognitive disabilities, working closely with speech pathologists and occupational therapists to align classroom strategies with their therapy goals. When one non-verbal student began using an AAC device I had introduced, their participation in group discussion increased noticeably over the term, a change their parents and support team noticed as well.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I have attached my resume and would welcome the chance to discuss how my approach to inclusive teaching could support your students.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