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Speech Pathologist</w:t>
      </w:r>
    </w:p>
    <w:p>
      <w:pPr>
        <w:spacing w:before="0" w:after="240"/>
      </w:pPr>
      <w:r>
        <w:t>I am writing to apply for the Speech Pathologist position at [Company Name]. My clinical background in assessing and treating communication and swallowing disorders across age groups matches the scope of this role, and I'm keen to bring that experience to your team.</w:t>
      </w:r>
    </w:p>
    <w:p>
      <w:pPr>
        <w:spacing w:before="0" w:after="240"/>
      </w:pPr>
      <w:r>
        <w:t>In a recent clinical role, I managed a caseload of clients with dysphagia following stroke, using instrumental assessment findings to adjust swallowing strategies and reduce aspiration risk. I also introduced AAC devices for non-verbal clients, working closely with their families and support workers to build functional communication into daily routines rather than confining it to therapy sessions.</w:t>
      </w:r>
    </w:p>
    <w:p>
      <w:pPr>
        <w:spacing w:before="0" w:after="240"/>
      </w:pPr>
      <w:r>
        <w:t>I'm particularly interested in working at [Company Name] because [add one genuine, specific reason: a project, value, or market position you can point to]. It's the kind of environment where I think my clinical approach and my comfort working across disciplines would add real value.</w:t>
      </w:r>
    </w:p>
    <w:p>
      <w:pPr>
        <w:spacing w:before="0" w:after="240"/>
      </w:pPr>
      <w:r>
        <w:t>Thank you for considering my application. I've attached my resume with further detail on my clinical experience and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