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Sports Centre Manager</w:t>
      </w:r>
    </w:p>
    <w:p>
      <w:pPr>
        <w:spacing w:before="0" w:after="240"/>
      </w:pPr>
      <w:r>
        <w:t>I am writing to apply for the Sports Centre Manager role at [Company Name]. With a background in facility operations and staff leadership, I am confident I can keep your venue running smoothly and safely.</w:t>
      </w:r>
    </w:p>
    <w:p>
      <w:pPr>
        <w:spacing w:before="0" w:after="240"/>
      </w:pPr>
      <w:r>
        <w:t>In my current role, I manage daily operations for a busy sports centre, overseeing a roster of 30 staff across courts, programs, and reception. I introduced a booking system that cut turnaround on court hire requests from two days to same-day, which improved member satisfaction and reduced admin follow-up. I also coordinated a school holiday program that grew from 40 to 70 participants by working with local schools and adjusting session times to fit family schedules.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bring my operational experience to a team that values community sport and safe, well-run facilities.</w:t>
      </w:r>
    </w:p>
    <w:p>
      <w:pPr>
        <w:spacing w:before="0" w:after="240"/>
      </w:pPr>
      <w:r>
        <w:t>Thank you for considering my application. I have attached my resume and would welcome the chance to discuss how I can contribute to your centre.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