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Stock and Station Agent</w:t>
      </w:r>
    </w:p>
    <w:p>
      <w:pPr>
        <w:spacing w:before="0" w:after="240"/>
      </w:pPr>
      <w:r>
        <w:t>I am applying for the stock and station agent role at [Company Name]. With hands-on experience in saleyard operations, livestock assessment and rural client advisory work, I am ready to represent your vendors and buyers with the same care I would want for my own stock.</w:t>
      </w:r>
    </w:p>
    <w:p>
      <w:pPr>
        <w:spacing w:before="0" w:after="240"/>
      </w:pPr>
      <w:r>
        <w:t>In my most recent role I managed sale day for up to 300 head of cattle, drafting lots, checking NLIS tags and setting reserves with vendors before auction. When a buyer pulled out on a pen of ewes, I renegotiated with two underbidders within the hour and secured a sale above reserve, keeping the vendor's seasonal cash flow on track.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resume, which outlines my experience in livestock sales, wool and grain handling, and client record keeping. I would welcome the chance to discuss how I can support your team and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