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Street Sweeper Operator</w:t>
      </w:r>
    </w:p>
    <w:p>
      <w:pPr>
        <w:spacing w:before="0" w:after="240"/>
      </w:pPr>
      <w:r>
        <w:t>I am applying for the Street Sweeper Operator role with [Company Name]. With a current Heavy Rigid licence, White Card and practical experience operating mechanical sweepers in live traffic, I can keep roads, kerbs and public spaces clean and safe for the community.</w:t>
      </w:r>
    </w:p>
    <w:p>
      <w:pPr>
        <w:spacing w:before="0" w:after="240"/>
      </w:pPr>
      <w:r>
        <w:t>In my current work I operate a mechanical sweeper across council roads and car parks, checking brush pressure and water flow as conditions change. I complete daily pre-starts on brushes, nozzles, filters and hoppers, report faults early, and clean around parked cars and bollards by hand when the machine cannot reach. I also follow traffic management plans, use UHF radio to stay in contact with the crew, and record completed work through the job management system.</w:t>
      </w:r>
    </w:p>
    <w:p>
      <w:pPr>
        <w:spacing w:before="0" w:after="240"/>
      </w:pPr>
      <w:r>
        <w:t>I am interested in working for [Company Name] because [add one genuine, specific reason: a project, value, or market position you can point to]. I want to bring my reliability, safety focus and equipment care to a team that takes pride in public spaces.</w:t>
      </w:r>
    </w:p>
    <w:p>
      <w:pPr>
        <w:spacing w:before="0" w:after="240"/>
      </w:pPr>
      <w:r>
        <w:t>Thank you for considering my application. My resume is attached and I would welcome the chance to discuss how I can contribute to your street cleaning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