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Street Vendor</w:t>
      </w:r>
    </w:p>
    <w:p>
      <w:pPr>
        <w:spacing w:before="0" w:after="240"/>
      </w:pPr>
      <w:r>
        <w:t>I am writing to apply for the Street Vendor position at [Company Name]. With hands-on experience selling food and merchandise in busy market and event settings, I am confident in my ability to provide excellent customer service while complying with all local council and food safety requirements.</w:t>
      </w:r>
    </w:p>
    <w:p>
      <w:pPr>
        <w:spacing w:before="0" w:after="240"/>
      </w:pPr>
      <w:r>
        <w:t>In my previous role, I ran a stall at a weekly farmers market, where I sold hot food and drinks. I took pride in maintaining a spotless stall and efficient service, which helped me build a steady stream of regular customers. I also managed stock carefully, adjusting orders based on weather and foot traffic, which reduced waste and ensured popular items were always available.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bring my skills in sales and operations to your team.</w:t>
      </w:r>
    </w:p>
    <w:p>
      <w:pPr>
        <w:spacing w:before="0" w:after="240"/>
      </w:pPr>
      <w:r>
        <w:t>Thank you for considering my application. I have attached my resume for your review and look forward to the opportunity to discuss how I can contribute to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