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Stunt Performer</w:t>
      </w:r>
    </w:p>
    <w:p>
      <w:pPr>
        <w:spacing w:before="0" w:after="240"/>
      </w:pPr>
      <w:r>
        <w:t>I am writing to apply for the Stunt Performer role with [Company Name]. With a background in screen and stage action and a focus on safety, I am confident I can contribute to your upcoming productions.</w:t>
      </w:r>
    </w:p>
    <w:p>
      <w:pPr>
        <w:spacing w:before="0" w:after="240"/>
      </w:pPr>
      <w:r>
        <w:t>On a recent television production, I worked with the stunt coordinator to plan a multi-storey wire descent that had to be timed to a single camera move. By rehearsing the sequence with the rigging team and adjusting my body position for the lens, we captured the shot in three takes instead of the planned six, which kept the day on schedule.</w:t>
      </w:r>
    </w:p>
    <w:p>
      <w:pPr>
        <w:spacing w:before="0" w:after="240"/>
      </w:pPr>
      <w:r>
        <w:t>I am drawn to [Company Name] because of [add one genuine, specific reason: a project, value, or market position you can point to]. I would welcome the chance to bring my skills to your team.</w:t>
      </w:r>
    </w:p>
    <w:p>
      <w:pPr>
        <w:spacing w:before="0" w:after="240"/>
      </w:pPr>
      <w:r>
        <w:t>Thank you for considering my application. My resume is attached, and I look forward to discussing how I can contribute to your next production.</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