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Sugar Cane Grower</w:t>
      </w:r>
    </w:p>
    <w:p>
      <w:pPr>
        <w:spacing w:before="0" w:after="240"/>
      </w:pPr>
      <w:r>
        <w:t>I am writing to apply for the Sugar Cane Grower position at [Company Name]. With hands-on experience managing cane blocks from planting to harvest, I am confident in my ability to contribute to your farming operation.</w:t>
      </w:r>
    </w:p>
    <w:p>
      <w:pPr>
        <w:spacing w:before="0" w:after="240"/>
      </w:pPr>
      <w:r>
        <w:t>In my previous role, I coordinated harvest schedules with the local mill to avoid delays, which improved delivery efficiency and reduced waiting times. I also implemented a soil testing program that cut fertiliser costs while maintaining yields, and I regularly operated and maintained harvesters and haulouts to keep the operation running smoothly during peak season.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sustainable cane growing and would welcome the opportunity to contribute to your team.</w:t>
      </w:r>
    </w:p>
    <w:p>
      <w:pPr>
        <w:spacing w:before="0" w:after="240"/>
      </w:pPr>
      <w:r>
        <w:t>Thank you for considering my application. I have attached my resume for your review and look forward to discussing how my skills and experience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