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Supply Chain Analyst</w:t>
      </w:r>
    </w:p>
    <w:p>
      <w:pPr>
        <w:spacing w:before="0" w:after="240"/>
      </w:pPr>
      <w:r>
        <w:t>I'm writing to apply for the Supply Chain Analyst position at [Company Name]. My background in inventory planning, supplier performance tracking and cost-benefit analysis lines up closely with what this role needs day to day.</w:t>
      </w:r>
    </w:p>
    <w:p>
      <w:pPr>
        <w:spacing w:before="0" w:after="240"/>
      </w:pPr>
      <w:r>
        <w:t>In my most recent analyst work, I rebuilt a vendor scorecard process, pulling supplier delivery and quality data into Power BI so late shipments and recurring quality issues were flagged before they hit production schedules. That reporting fed directly into procurement's contract renegotiations and gave the team a clearer basis for deciding which suppliers to keep, renegotiate with, or replace.</w:t>
      </w:r>
    </w:p>
    <w:p>
      <w:pPr>
        <w:spacing w:before="0" w:after="240"/>
      </w:pPr>
      <w:r>
        <w:t>[Company Name] sits in a part of the supply chain I want to keep working in, and [add one genuine, specific reason: a project, value, or market position you can point to]. That's the kind of environment where I think this role's mix of forecasting, supplier management and process improvement can make a real difference.</w:t>
      </w:r>
    </w:p>
    <w:p>
      <w:pPr>
        <w:spacing w:before="0" w:after="240"/>
      </w:pPr>
      <w:r>
        <w:t>Thank you for considering my application. I've attached my resume and would welcome the chance to talk through how I can support your supply chain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