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Surfing Instructor</w:t>
      </w:r>
    </w:p>
    <w:p>
      <w:pPr>
        <w:spacing w:before="0" w:after="240"/>
      </w:pPr>
      <w:r>
        <w:t>I am writing to apply for the Surfing Instructor role at [Company Name]. With several seasons of coaching experience at beach and reef breaks, I am confident I can help your students learn safely and enjoy the ocean.</w:t>
      </w:r>
    </w:p>
    <w:p>
      <w:pPr>
        <w:spacing w:before="0" w:after="240"/>
      </w:pPr>
      <w:r>
        <w:t>In my last season at a surf school, I took a group of first-time learners through a progressive week-long program. By the end of the week, most were standing and riding whitewater waves with control. I assessed the break each morning, adjusted the session plan for the tide and swell, and kept the group within the flagged area. I also used GoPro footage to give specific feedback on paddle technique and pop-up timing, which helped nervous learners see their own progress.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 team that takes safety seriously and helps instructors keep developing their own surfing and teaching skills.</w:t>
      </w:r>
    </w:p>
    <w:p>
      <w:pPr>
        <w:spacing w:before="0" w:after="240"/>
      </w:pPr>
      <w:r>
        <w:t>Thank you for considering my application. I have attached my resume and would welcome the chance to discuss how I can contribute to your surf school.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