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Survey Assistant</w:t>
      </w:r>
    </w:p>
    <w:p>
      <w:pPr>
        <w:spacing w:before="0" w:after="240"/>
      </w:pPr>
      <w:r>
        <w:t>I am applying for the Survey Assistant role with [Company Name]. I have spent my working time outdoors on construction and cadastral sites supporting surveyors, and I am comfortable with the equipment, the record keeping and the pace of field work this position involves.</w:t>
      </w:r>
    </w:p>
    <w:p>
      <w:pPr>
        <w:spacing w:before="0" w:after="240"/>
      </w:pPr>
      <w:r>
        <w:t>In my most recent field role I worked on a subdivision project where I was responsible for setting out pegs along proposed lot boundaries and recording the readings in Trimble Access. Partway through a run I picked up a discrepancy between a backsight reading and the control point, stopped the round and flagged it to the surveyor. We re-checked the setup and found the tripod had shifted slightly on soft ground, which we corrected before any pegs were driven. Catching it then saved the crew from reworking a full morning of set out.</w:t>
      </w:r>
    </w:p>
    <w:p>
      <w:pPr>
        <w:spacing w:before="0" w:after="240"/>
      </w:pPr>
      <w:r>
        <w:t>I am interested in working with [Company Name] specifically. [add one genuine, specific reason: a project, value, or market position you can point to]</w:t>
      </w:r>
    </w:p>
    <w:p>
      <w:pPr>
        <w:spacing w:before="0" w:after="240"/>
      </w:pPr>
      <w:r>
        <w:t>Thank you for considering my application. I have attached my resume, which sets out my field experience, my qualifications and my current tickets, and I would welcome the chance to discuss how I can support your survey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