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Surveying Technician</w:t>
      </w:r>
    </w:p>
    <w:p>
      <w:pPr>
        <w:spacing w:before="0" w:after="240"/>
      </w:pPr>
      <w:r>
        <w:t>I am writing to apply for the Surveying Technician role at [Company Name]. With a background in both field surveying and office-based data processing, I am confident I can support your survey team on cadastral, engineering and infrastructure projects.</w:t>
      </w:r>
    </w:p>
    <w:p>
      <w:pPr>
        <w:spacing w:before="0" w:after="240"/>
      </w:pPr>
      <w:r>
        <w:t>In my most recent role, I was part of a small crew on a subdivision project. I noticed that our GNSS observations were occasionally failing to close on the control network, which was causing delays. I took the initiative to recheck the raw data against the known points and found that a base station coordinate had been entered incorrectly. After correcting the setup and re-observing the affected marks, we recovered the day's work and avoided a costly resurvey.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accuracy seriously and invests in modern survey technology.</w:t>
      </w:r>
    </w:p>
    <w:p>
      <w:pPr>
        <w:spacing w:before="0" w:after="240"/>
      </w:pPr>
      <w:r>
        <w:t>Thank you for considering my application. I have attached my resume for your review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