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Sustainability Consultant</w:t>
      </w:r>
    </w:p>
    <w:p>
      <w:pPr>
        <w:spacing w:before="0" w:after="240"/>
      </w:pPr>
      <w:r>
        <w:t>I am writing to apply for the Sustainability Consultant role at [Company Name]. My background in environmental auditing, carbon footprint analysis and ESG reporting aligns closely with the strategic and compliance work this position requires.</w:t>
      </w:r>
    </w:p>
    <w:p>
      <w:pPr>
        <w:spacing w:before="0" w:after="240"/>
      </w:pPr>
      <w:r>
        <w:t>In a previous engagement I led a carbon footprint assessment across a client's operational sites, working through energy, water and waste data to build a clear emissions baseline. The resulting reduction roadmap was adopted by the leadership team and used as the basis for their first GRI-aligned sustainability report, which meant the client could speak to investors with actual data instead of estimates.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experience in ESG reporting and regulatory compliance to work that has that kind of substance behind it.</w:t>
      </w:r>
    </w:p>
    <w:p>
      <w:pPr>
        <w:spacing w:before="0" w:after="240"/>
      </w:pPr>
      <w:r>
        <w:t>Thank you for considering my application. I have attached my resume and would welcome the chance to discuss how I can contribute to your sustainability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