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Swim Instructor</w:t>
      </w:r>
    </w:p>
    <w:p>
      <w:pPr>
        <w:spacing w:before="0" w:after="240"/>
      </w:pPr>
      <w:r>
        <w:t>I'm writing to apply for the Swim Instructor position at [Company Name]. I enjoy the mix of teaching, safety supervision and one-on-one coaching this role demands, and I've built my skills around helping students of different ages and confidence levels make real progress in the water.</w:t>
      </w:r>
    </w:p>
    <w:p>
      <w:pPr>
        <w:spacing w:before="0" w:after="240"/>
      </w:pPr>
      <w:r>
        <w:t>In my most recent teaching, I worked with a mixed-ability group where a few students were reluctant to put their faces underwater. I broke the skill into smaller steps, gave consistent feedback each lesson, and tracked their progress on the centre's assessment sheets. Within the term, most of that group had moved up a level and were swimming independently, which the parents and centre coordinator both noted at the next assessment.</w:t>
      </w:r>
    </w:p>
    <w:p>
      <w:pPr>
        <w:spacing w:before="0" w:after="240"/>
      </w:pPr>
      <w:r>
        <w:t>What draws me to [Company Name] specifically is [add one genuine, specific reason: a project, value, or market position you can point to]. It's the kind of environment where I can keep developing my teaching approach while contributing to a program that clearly cares about student outcomes.</w:t>
      </w:r>
    </w:p>
    <w:p>
      <w:pPr>
        <w:spacing w:before="0" w:after="240"/>
      </w:pPr>
      <w:r>
        <w:t>Thank you for considering my application. I've attached my resume with more detail on my teaching experience and qualifications, and I'd welcome the chance to discuss how I could contribute to your swim school.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