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Switchboard Operator</w:t>
      </w:r>
    </w:p>
    <w:p>
      <w:pPr>
        <w:spacing w:before="0" w:after="240"/>
      </w:pPr>
      <w:r>
        <w:t>I am writing to apply for the Switchboard Operator position at [Company Name]. With a strong background in managing high-volume call environments and a calm, professional phone manner, I am confident I can be the welcoming first point of contact for your organisation.</w:t>
      </w:r>
    </w:p>
    <w:p>
      <w:pPr>
        <w:spacing w:before="0" w:after="240"/>
      </w:pPr>
      <w:r>
        <w:t>In my previous role, I operated a busy PBX system where I handled incoming calls for a large team. I took pride in ensuring callers were routed correctly the first time, which reduced transfer errors and improved overall call flow. I also streamlined the message-taking process by using a standard template, ensuring accurate details were passed on promptly and reducing missed callbacks.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support your communication goals.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support your organisation as a reliable switchboard operator.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