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Talent Acquisition Manager</w:t>
      </w:r>
    </w:p>
    <w:p>
      <w:pPr>
        <w:spacing w:before="0" w:after="240"/>
      </w:pPr>
      <w:r>
        <w:t>I am writing to apply for the Talent Acquisition Manager role at [Company Name]. With experience leading in-house recruitment strategy and a track record of building talent pipelines that reduce reliance on paid advertising, I am ready to manage your hiring function and improve the candidate experience from brief to onboarding.</w:t>
      </w:r>
    </w:p>
    <w:p>
      <w:pPr>
        <w:spacing w:before="0" w:after="240"/>
      </w:pPr>
      <w:r>
        <w:t>In my current role, I partner with hiring managers to define role requirements before advertising, which has cut rework on job briefs and improved the quality of shortlists. I introduced structured interview guides and a simple Excel dashboard to track time to hire and cost per hire, giving leadership clear visibility of recruitment performance. I also negotiated offers within approved bands, maintaining a strong offer acceptance rate and a positive candidate experience.</w:t>
      </w:r>
    </w:p>
    <w:p>
      <w:pPr>
        <w:spacing w:before="0" w:after="240"/>
      </w:pPr>
      <w:r>
        <w:t>I am keen to work with [Company Name] because [add one genuine, specific reason: a project, value, or market position you can point to]. I am looking for a role where I can contribute to workforce planning and help build a strong employer brand, and I believe your organisation offers that opportunity.</w:t>
      </w:r>
    </w:p>
    <w:p>
      <w:pPr>
        <w:spacing w:before="0" w:after="240"/>
      </w:pPr>
      <w:r>
        <w:t>Thank you for considering my application. I have attached my resume for your review and would welcome the chance to discuss how my experience aligns with your talent acquisition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